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 w:val="0"/>
        </w:rPr>
        <w:t xml:space="preserve">Начальнику </w:t>
      </w:r>
      <w:r>
        <w:rPr>
          <w:b w:val="0"/>
          <w:highlight w:val="yellow"/>
        </w:rPr>
        <w:t>[название отдела полиции, например: ОМВД России по такому-то району]</w:t>
      </w:r>
    </w:p>
    <w:p>
      <w:pPr>
        <w:spacing w:after="0"/>
        <w:ind w:left="4535"/>
      </w:pPr>
      <w:r>
        <w:rPr>
          <w:b w:val="0"/>
        </w:rPr>
        <w:t xml:space="preserve">от </w:t>
      </w:r>
      <w:r>
        <w:rPr>
          <w:b w:val="0"/>
          <w:highlight w:val="yellow"/>
        </w:rPr>
        <w:t>[фамилия, имя, отчество]</w:t>
      </w:r>
      <w:r>
        <w:rPr>
          <w:b w:val="0"/>
        </w:rPr>
        <w:t xml:space="preserve">, </w:t>
      </w:r>
      <w:r>
        <w:rPr>
          <w:b w:val="0"/>
          <w:highlight w:val="yellow"/>
        </w:rPr>
        <w:t>[дата рождения]</w:t>
      </w:r>
      <w:r>
        <w:rPr>
          <w:b w:val="0"/>
        </w:rPr>
        <w:t>,</w:t>
      </w:r>
    </w:p>
    <w:p>
      <w:pPr>
        <w:spacing w:after="0"/>
        <w:ind w:left="4535"/>
      </w:pPr>
      <w:r>
        <w:rPr>
          <w:b w:val="0"/>
        </w:rPr>
        <w:t xml:space="preserve">проживающего по адресу: </w:t>
      </w:r>
      <w:r>
        <w:rPr>
          <w:b w:val="0"/>
          <w:highlight w:val="yellow"/>
        </w:rPr>
        <w:t>[адрес]</w:t>
      </w:r>
      <w:r>
        <w:rPr>
          <w:b w:val="0"/>
        </w:rPr>
        <w:t>,</w:t>
      </w:r>
    </w:p>
    <w:p>
      <w:pPr>
        <w:spacing w:after="0"/>
        <w:ind w:left="4535"/>
      </w:pPr>
      <w:r>
        <w:rPr>
          <w:b w:val="0"/>
        </w:rPr>
        <w:t xml:space="preserve">телефон: </w:t>
      </w:r>
      <w:r>
        <w:rPr>
          <w:b w:val="0"/>
          <w:highlight w:val="yellow"/>
        </w:rPr>
        <w:t>[телефон]</w:t>
      </w:r>
    </w:p>
    <w:p>
      <w:pPr>
        <w:spacing w:after="0"/>
      </w:pPr>
    </w:p>
    <w:p>
      <w:pPr>
        <w:spacing w:after="0"/>
        <w:jc w:val="center"/>
      </w:pPr>
      <w:r>
        <w:rPr>
          <w:b/>
        </w:rPr>
        <w:t>ЗАЯВЛЕНИЕ О ПРЕСТУПЛЕНИИ</w:t>
      </w:r>
    </w:p>
    <w:p>
      <w:pPr>
        <w:spacing w:after="0"/>
      </w:pPr>
    </w:p>
    <w:p>
      <w:pPr>
        <w:spacing w:after="0"/>
        <w:ind w:firstLine="709"/>
        <w:jc w:val="both"/>
      </w:pPr>
      <w:r>
        <w:rPr>
          <w:b w:val="0"/>
          <w:highlight w:val="yellow"/>
        </w:rPr>
        <w:t>[Дата]</w:t>
      </w:r>
      <w:r>
        <w:rPr>
          <w:b w:val="0"/>
        </w:rPr>
        <w:t xml:space="preserve"> около </w:t>
      </w:r>
      <w:r>
        <w:rPr>
          <w:b w:val="0"/>
          <w:highlight w:val="yellow"/>
        </w:rPr>
        <w:t>[время]</w:t>
      </w:r>
      <w:r>
        <w:rPr>
          <w:b w:val="0"/>
        </w:rPr>
        <w:t xml:space="preserve"> мне позвонил </w:t>
      </w:r>
      <w:r>
        <w:rPr>
          <w:b w:val="0"/>
          <w:highlight w:val="yellow"/>
        </w:rPr>
        <w:t>[или: написал в мессенджере, на сайте объявлений]</w:t>
      </w:r>
      <w:r>
        <w:rPr>
          <w:b w:val="0"/>
        </w:rPr>
        <w:t xml:space="preserve"> человек, который представился </w:t>
      </w:r>
      <w:r>
        <w:rPr>
          <w:b w:val="0"/>
          <w:highlight w:val="yellow"/>
        </w:rPr>
        <w:t>[кем представился]</w:t>
      </w:r>
      <w:r>
        <w:rPr>
          <w:b w:val="0"/>
        </w:rPr>
        <w:t xml:space="preserve">. Номер телефона </w:t>
      </w:r>
      <w:r>
        <w:rPr>
          <w:b w:val="0"/>
          <w:highlight w:val="yellow"/>
        </w:rPr>
        <w:t>[или: ссылка на аккаунт]</w:t>
      </w:r>
      <w:r>
        <w:rPr>
          <w:b w:val="0"/>
        </w:rPr>
        <w:t xml:space="preserve">: </w:t>
      </w:r>
      <w:r>
        <w:rPr>
          <w:b w:val="0"/>
          <w:highlight w:val="yellow"/>
        </w:rPr>
        <w:t>[номер или ссылка]</w:t>
      </w:r>
      <w:r>
        <w:rPr>
          <w:b w:val="0"/>
        </w:rPr>
        <w:t>.</w:t>
      </w:r>
    </w:p>
    <w:p>
      <w:pPr>
        <w:spacing w:after="0"/>
      </w:pPr>
    </w:p>
    <w:p>
      <w:pPr>
        <w:spacing w:after="0"/>
        <w:ind w:firstLine="709"/>
        <w:jc w:val="both"/>
      </w:pPr>
      <w:r>
        <w:rPr>
          <w:b w:val="0"/>
          <w:highlight w:val="yellow"/>
        </w:rPr>
        <w:t>[По порядку: что он говорил и что вы сделали. Например: под предлогом защиты моих денег убедил меня перевести их на «безопасный счёт».]</w:t>
      </w:r>
    </w:p>
    <w:p>
      <w:pPr>
        <w:spacing w:after="0"/>
      </w:pPr>
    </w:p>
    <w:p>
      <w:pPr>
        <w:spacing w:after="0"/>
        <w:ind w:firstLine="709"/>
        <w:jc w:val="both"/>
      </w:pPr>
      <w:r>
        <w:rPr>
          <w:b w:val="0"/>
        </w:rPr>
        <w:t xml:space="preserve">В результате </w:t>
      </w:r>
      <w:r>
        <w:rPr>
          <w:b w:val="0"/>
          <w:highlight w:val="yellow"/>
        </w:rPr>
        <w:t>[дата]</w:t>
      </w:r>
      <w:r>
        <w:rPr>
          <w:b w:val="0"/>
        </w:rPr>
        <w:t xml:space="preserve"> я перевёл </w:t>
      </w:r>
      <w:r>
        <w:rPr>
          <w:b w:val="0"/>
          <w:highlight w:val="yellow"/>
        </w:rPr>
        <w:t>[сумма]</w:t>
      </w:r>
      <w:r>
        <w:rPr>
          <w:b w:val="0"/>
        </w:rPr>
        <w:t xml:space="preserve"> рублей со своей карты </w:t>
      </w:r>
      <w:r>
        <w:rPr>
          <w:b w:val="0"/>
          <w:highlight w:val="yellow"/>
        </w:rPr>
        <w:t>[банк, четыре последние цифры]</w:t>
      </w:r>
      <w:r>
        <w:rPr>
          <w:b w:val="0"/>
        </w:rPr>
        <w:t xml:space="preserve"> на </w:t>
      </w:r>
      <w:r>
        <w:rPr>
          <w:b w:val="0"/>
          <w:highlight w:val="yellow"/>
        </w:rPr>
        <w:t>[номер карты, счёта или телефона получателя, банк получателя]</w:t>
      </w:r>
      <w:r>
        <w:rPr>
          <w:b w:val="0"/>
        </w:rPr>
        <w:t xml:space="preserve">. </w:t>
      </w:r>
      <w:r>
        <w:rPr>
          <w:b w:val="0"/>
          <w:highlight w:val="yellow"/>
        </w:rPr>
        <w:t>[Или: с моего счёта без моего согласия списано столько-то рублей.]</w:t>
      </w:r>
    </w:p>
    <w:p>
      <w:pPr>
        <w:spacing w:after="0"/>
      </w:pPr>
    </w:p>
    <w:p>
      <w:pPr>
        <w:spacing w:after="0"/>
        <w:ind w:firstLine="709"/>
        <w:jc w:val="both"/>
      </w:pPr>
      <w:r>
        <w:rPr>
          <w:b w:val="0"/>
        </w:rPr>
        <w:t xml:space="preserve">Ущерб составил </w:t>
      </w:r>
      <w:r>
        <w:rPr>
          <w:b w:val="0"/>
          <w:highlight w:val="yellow"/>
        </w:rPr>
        <w:t>[сумма]</w:t>
      </w:r>
      <w:r>
        <w:rPr>
          <w:b w:val="0"/>
        </w:rPr>
        <w:t xml:space="preserve"> рублей.</w:t>
      </w:r>
    </w:p>
    <w:p>
      <w:pPr>
        <w:spacing w:after="0"/>
      </w:pPr>
    </w:p>
    <w:p>
      <w:pPr>
        <w:spacing w:after="0"/>
        <w:ind w:firstLine="709"/>
        <w:jc w:val="both"/>
      </w:pPr>
      <w:r>
        <w:rPr>
          <w:b w:val="0"/>
        </w:rPr>
        <w:t>Считаю, что в отношении меня совершено мошенничество. Прошу провести проверку, возбудить уголовное дело и привлечь виновных к ответственности.</w:t>
      </w:r>
    </w:p>
    <w:p>
      <w:pPr>
        <w:spacing w:after="0"/>
      </w:pPr>
    </w:p>
    <w:p>
      <w:pPr>
        <w:spacing w:after="0"/>
        <w:ind w:firstLine="709"/>
        <w:jc w:val="both"/>
      </w:pPr>
      <w:r>
        <w:rPr>
          <w:b w:val="0"/>
        </w:rPr>
        <w:t>Об уголовной ответственности за заведомо ложный донос по статье 306 Уголовного кодекса предупреждён.</w:t>
      </w:r>
    </w:p>
    <w:p>
      <w:pPr>
        <w:spacing w:after="0"/>
      </w:pPr>
    </w:p>
    <w:p>
      <w:pPr>
        <w:spacing w:after="0"/>
        <w:ind w:firstLine="709"/>
        <w:jc w:val="both"/>
      </w:pPr>
      <w:r>
        <w:rPr>
          <w:b w:val="0"/>
        </w:rPr>
        <w:t>Приложения: выписка банка с операцией; снимки экрана переписки; детализация звонков.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[Дата]</w:t>
      </w:r>
      <w:r>
        <w:rPr>
          <w:b w:val="0"/>
        </w:rPr>
        <w:tab/>
        <w:tab/>
        <w:tab/>
      </w:r>
      <w:r>
        <w:rPr>
          <w:b w:val="0"/>
          <w:highlight w:val="yellow"/>
        </w:rPr>
        <w:t>[Подпись]</w:t>
      </w:r>
      <w:r>
        <w:rPr>
          <w:b w:val="0"/>
        </w:rPr>
        <w:tab/>
        <w:tab/>
        <w:tab/>
      </w:r>
      <w:r>
        <w:rPr>
          <w:b w:val="0"/>
          <w:highlight w:val="yellow"/>
        </w:rPr>
        <w:t>[Фамилия, инициалы]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